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sz w:val="32"/>
        </w:rPr>
        <w:t>YOUR FULL NAME</w:t>
      </w:r>
    </w:p>
    <w:p>
      <w:pPr>
        <w:spacing w:after="40"/>
      </w:pPr>
      <w:r>
        <w:t>City, Province | 403-555-0100 | your.email@example.com | linkedin.com/in/yourprofile</w:t>
      </w:r>
    </w:p>
    <w:p>
      <w:pPr>
        <w:pStyle w:val="Heading1"/>
      </w:pPr>
      <w:r>
        <w:t>PROFESSIONAL SUMMARY</w:t>
      </w:r>
    </w:p>
    <w:p>
      <w:r>
        <w:t>[Your job title or target role] with [number] years of experience in [your field]. Known for [your strongest strength]. [One quantified win, for example: Reduced processing time by 25% by reorganizing the intake workflow.] Skilled in [Skill 1], [Skill 2], and [Skill 3]. Delete this guidance and write 3 to 5 lines in your own words.</w:t>
      </w:r>
    </w:p>
    <w:p>
      <w:pPr>
        <w:pStyle w:val="Heading1"/>
      </w:pPr>
      <w:r>
        <w:t>SKILLS</w:t>
      </w:r>
    </w:p>
    <w:p>
      <w:r>
        <w:t>Skill 1 | Skill 2 | Skill 3 | Software or Tool 1 | Software or Tool 2 | Method or Process 1 | Certification-related skill | Language (if relevant)</w:t>
      </w:r>
    </w:p>
    <w:p>
      <w:pPr>
        <w:pStyle w:val="Heading1"/>
      </w:pPr>
      <w:r>
        <w:t>PROFESSIONAL EXPERIENCE</w:t>
      </w:r>
    </w:p>
    <w:p>
      <w:pPr>
        <w:spacing w:after="0" w:before="120"/>
      </w:pPr>
      <w:r>
        <w:rPr>
          <w:b/>
        </w:rPr>
        <w:t>Your Most Recent Job Title</w:t>
      </w:r>
    </w:p>
    <w:p>
      <w:pPr>
        <w:spacing w:after="40"/>
      </w:pPr>
      <w:r>
        <w:t>Company Name, City, Province | Jan 2022 – Present</w:t>
      </w:r>
    </w:p>
    <w:p>
      <w:pPr>
        <w:pStyle w:val="ListBullet"/>
      </w:pPr>
      <w:r>
        <w:t>Achievement, not just a duty: start with a strong verb, add a number where you honestly can. Example: Processed 40+ invoices per week with 99% accuracy.</w:t>
      </w:r>
    </w:p>
    <w:p>
      <w:pPr>
        <w:pStyle w:val="ListBullet"/>
      </w:pPr>
      <w:r>
        <w:t>Second achievement with a result: what changed because of your work (time saved, errors reduced, customers helped, money saved).</w:t>
      </w:r>
    </w:p>
    <w:p>
      <w:pPr>
        <w:pStyle w:val="ListBullet"/>
      </w:pPr>
      <w:r>
        <w:t>Third achievement. Match the words in the job posting where they are true for you.</w:t>
      </w:r>
    </w:p>
    <w:p>
      <w:pPr>
        <w:spacing w:after="0" w:before="120"/>
      </w:pPr>
      <w:r>
        <w:rPr>
          <w:b/>
        </w:rPr>
        <w:t>Your Previous Job Title</w:t>
      </w:r>
    </w:p>
    <w:p>
      <w:pPr>
        <w:spacing w:after="40"/>
      </w:pPr>
      <w:r>
        <w:t>Company Name, City, Province | Jun 2019 – Dec 2021</w:t>
      </w:r>
    </w:p>
    <w:p>
      <w:pPr>
        <w:pStyle w:val="ListBullet"/>
      </w:pPr>
      <w:r>
        <w:t>Achievement with a number, scale, or frequency.</w:t>
      </w:r>
    </w:p>
    <w:p>
      <w:pPr>
        <w:pStyle w:val="ListBullet"/>
      </w:pPr>
      <w:r>
        <w:t>Achievement that shows a skill the new job asks for.</w:t>
      </w:r>
    </w:p>
    <w:p>
      <w:pPr>
        <w:pStyle w:val="Heading1"/>
      </w:pPr>
      <w:r>
        <w:t>EDUCATION</w:t>
      </w:r>
    </w:p>
    <w:p>
      <w:pPr>
        <w:spacing w:after="0"/>
      </w:pPr>
      <w:r>
        <w:rPr>
          <w:b/>
        </w:rPr>
        <w:t>Your Degree or Diploma, Your Major</w:t>
      </w:r>
    </w:p>
    <w:p>
      <w:r>
        <w:t>University, College, or School Name, City, Province | 2019</w:t>
      </w:r>
    </w:p>
    <w:p>
      <w:r>
        <w:t>If your credential was earned outside Canada, write it exactly as it appears on your credential assessment (for example, WES) if you have one.</w:t>
      </w:r>
    </w:p>
    <w:p>
      <w:pPr>
        <w:pStyle w:val="Heading1"/>
      </w:pPr>
      <w:r>
        <w:t>CERTIFICATIONS</w:t>
      </w:r>
    </w:p>
    <w:p>
      <w:r>
        <w:t>Name of Certification, Issuing Organization | 2024</w:t>
      </w:r>
    </w:p>
    <w:p>
      <w:r>
        <w:t>Name of Certification, Issuing Organization | 2023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 w:ascii="Calibri" w:hAnsi="Calibri"/>
      <w:b/>
      <w:bCs/>
      <w:caps w:val="0"/>
      <w:color w:val="1F1F1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