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sz w:val="32"/>
        </w:rPr>
        <w:t>YOUR FULL NAME</w:t>
      </w:r>
    </w:p>
    <w:p>
      <w:pPr>
        <w:spacing w:after="40"/>
      </w:pPr>
      <w:r>
        <w:t>City, Province | 403-555-0100 | your.email@example.com | linkedin.com/in/yourprofile</w:t>
      </w:r>
    </w:p>
    <w:p>
      <w:pPr>
        <w:pStyle w:val="Heading1"/>
      </w:pPr>
      <w:r>
        <w:t>PROFESSIONAL SUMMARY</w:t>
      </w:r>
    </w:p>
    <w:p>
      <w:r>
        <w:t>[Senior title] with [number] years leading [teams, budgets, programs, or operations] in [industry]. [Largest honest scope: team size, budget, sites, or revenue.] [Two quantified leadership results.]</w:t>
      </w:r>
    </w:p>
    <w:p>
      <w:pPr>
        <w:pStyle w:val="Heading1"/>
      </w:pPr>
      <w:r>
        <w:t>SKILLS</w:t>
      </w:r>
    </w:p>
    <w:p>
      <w:r>
        <w:t>Leadership Skill 1 | Leadership Skill 2 | Strategy | Budget Management | Stakeholder Relations | Tool or System 1 | Tool or System 2</w:t>
      </w:r>
    </w:p>
    <w:p>
      <w:pPr>
        <w:pStyle w:val="Heading1"/>
      </w:pPr>
      <w:r>
        <w:t>PROFESSIONAL EXPERIENCE</w:t>
      </w:r>
    </w:p>
    <w:p>
      <w:pPr>
        <w:spacing w:after="0" w:before="120"/>
      </w:pPr>
      <w:r>
        <w:rPr>
          <w:b/>
        </w:rPr>
        <w:t>Your Most Recent Senior Title</w:t>
      </w:r>
    </w:p>
    <w:p>
      <w:pPr>
        <w:spacing w:after="40"/>
      </w:pPr>
      <w:r>
        <w:t>Company Name, City, Province | Jan 2021 – Present</w:t>
      </w:r>
    </w:p>
    <w:p>
      <w:pPr>
        <w:pStyle w:val="ListBullet"/>
      </w:pPr>
      <w:r>
        <w:t>Leadership achievement with scope and result: Led a team of 12 across 3 sites and cut wait times by 30%.</w:t>
      </w:r>
    </w:p>
    <w:p>
      <w:pPr>
        <w:pStyle w:val="ListBullet"/>
      </w:pPr>
      <w:r>
        <w:t>Budget, growth, savings, or risk result with a number.</w:t>
      </w:r>
    </w:p>
    <w:p>
      <w:pPr>
        <w:pStyle w:val="ListBullet"/>
      </w:pPr>
      <w:r>
        <w:t>Change you led and how it was adopted.</w:t>
      </w:r>
    </w:p>
    <w:p>
      <w:pPr>
        <w:spacing w:after="0" w:before="120"/>
      </w:pPr>
      <w:r>
        <w:rPr>
          <w:b/>
        </w:rPr>
        <w:t>Your Previous Senior Title</w:t>
      </w:r>
    </w:p>
    <w:p>
      <w:pPr>
        <w:spacing w:after="40"/>
      </w:pPr>
      <w:r>
        <w:t>Company Name, City, Province | Mar 2017 – Dec 2020</w:t>
      </w:r>
    </w:p>
    <w:p>
      <w:pPr>
        <w:pStyle w:val="ListBullet"/>
      </w:pPr>
      <w:r>
        <w:t>Achievement with scope and result.</w:t>
      </w:r>
    </w:p>
    <w:p>
      <w:pPr>
        <w:pStyle w:val="ListBullet"/>
      </w:pPr>
      <w:r>
        <w:t>Achievement with scope and result.</w:t>
      </w:r>
    </w:p>
    <w:p>
      <w:r>
        <w:t>Earlier roles, condensed to one line each:</w:t>
      </w:r>
    </w:p>
    <w:p>
      <w:pPr>
        <w:pStyle w:val="ListBullet"/>
      </w:pPr>
      <w:r>
        <w:t>Job Title, Company Name | 2013 – 2017</w:t>
      </w:r>
    </w:p>
    <w:p>
      <w:pPr>
        <w:pStyle w:val="ListBullet"/>
      </w:pPr>
      <w:r>
        <w:t>Job Title, Company Name | 2010 – 2013</w:t>
      </w:r>
    </w:p>
    <w:p>
      <w:pPr>
        <w:pStyle w:val="Heading1"/>
      </w:pPr>
      <w:r>
        <w:t>EDUCATION</w:t>
      </w:r>
    </w:p>
    <w:p>
      <w:pPr>
        <w:spacing w:after="0"/>
      </w:pPr>
      <w:r>
        <w:rPr>
          <w:b/>
        </w:rPr>
        <w:t>Your Degree or Diploma, Your Major</w:t>
      </w:r>
    </w:p>
    <w:p>
      <w:r>
        <w:t>University or College Name, City, Province | Year</w:t>
      </w:r>
    </w:p>
    <w:p>
      <w:pPr>
        <w:pStyle w:val="Heading1"/>
      </w:pPr>
      <w:r>
        <w:t>CERTIFICATIONS</w:t>
      </w:r>
    </w:p>
    <w:p>
      <w:r>
        <w:t>Name of Certification or Designation, Issuing Organization | Year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1F1F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60"/>
      <w:outlineLvl w:val="0"/>
    </w:pPr>
    <w:rPr>
      <w:rFonts w:asciiTheme="majorHAnsi" w:eastAsiaTheme="majorEastAsia" w:hAnsiTheme="majorHAnsi" w:cstheme="majorBidi" w:ascii="Calibri" w:hAnsi="Calibri"/>
      <w:b/>
      <w:bCs/>
      <w:caps w:val="0"/>
      <w:color w:val="1F1F1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