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b/>
          <w:sz w:val="32"/>
        </w:rPr>
        <w:t>YOUR FULL NAME</w:t>
      </w:r>
    </w:p>
    <w:p>
      <w:pPr>
        <w:spacing w:after="40"/>
      </w:pPr>
      <w:r>
        <w:t>City, Province | 403-555-0100 | your.email@example.com | linkedin.com/in/yourprofile</w:t>
      </w:r>
    </w:p>
    <w:p>
      <w:pPr>
        <w:pStyle w:val="Heading1"/>
      </w:pPr>
      <w:r>
        <w:t>PROFESSIONAL SUMMARY</w:t>
      </w:r>
    </w:p>
    <w:p>
      <w:r>
        <w:t>[Recent graduate / career changer / newcomer to Canada] with experience in [field, including volunteer, internship, or work from any country]. Skilled in [Skill 1], [Skill 2], and [Skill 3]. Seeking [target role] in [industry]. Work experience from outside Canada counts — list it the same way.</w:t>
      </w:r>
    </w:p>
    <w:p>
      <w:pPr>
        <w:pStyle w:val="Heading1"/>
      </w:pPr>
      <w:r>
        <w:t>EDUCATION</w:t>
      </w:r>
    </w:p>
    <w:p>
      <w:pPr>
        <w:spacing w:after="0"/>
      </w:pPr>
      <w:r>
        <w:rPr>
          <w:b/>
        </w:rPr>
        <w:t>Your Degree or Diploma, Your Major</w:t>
      </w:r>
    </w:p>
    <w:p>
      <w:r>
        <w:t>University, College, or School Name, City, Province | 2024</w:t>
      </w:r>
    </w:p>
    <w:p>
      <w:pPr>
        <w:pStyle w:val="Heading1"/>
      </w:pPr>
      <w:r>
        <w:t>SKILLS</w:t>
      </w:r>
    </w:p>
    <w:p>
      <w:r>
        <w:t>Skill 1 | Skill 2 | Skill 3 | Software or Tool 1 | Software or Tool 2 | Language 1 | Language 2</w:t>
      </w:r>
    </w:p>
    <w:p>
      <w:pPr>
        <w:pStyle w:val="Heading1"/>
      </w:pPr>
      <w:r>
        <w:t>PROJECTS</w:t>
      </w:r>
    </w:p>
    <w:p>
      <w:pPr>
        <w:spacing w:after="0" w:before="120"/>
      </w:pPr>
      <w:r>
        <w:rPr>
          <w:b/>
        </w:rPr>
        <w:t>Project Name or Type of Project</w:t>
      </w:r>
    </w:p>
    <w:p>
      <w:pPr>
        <w:spacing w:after="40"/>
      </w:pPr>
      <w:r>
        <w:t>School, Organization, or Personal Project | Jan 2024 – Apr 2024</w:t>
      </w:r>
    </w:p>
    <w:p>
      <w:pPr>
        <w:pStyle w:val="ListBullet"/>
      </w:pPr>
      <w:r>
        <w:t>What you built, organized, or completed, with a number where you can (people served, items processed, weeks delivered).</w:t>
      </w:r>
    </w:p>
    <w:p>
      <w:pPr>
        <w:pStyle w:val="ListBullet"/>
      </w:pPr>
      <w:r>
        <w:t>Tools or skills you used that match the job you want.</w:t>
      </w:r>
    </w:p>
    <w:p>
      <w:pPr>
        <w:pStyle w:val="Heading1"/>
      </w:pPr>
      <w:r>
        <w:t>PROFESSIONAL EXPERIENCE</w:t>
      </w:r>
    </w:p>
    <w:p>
      <w:pPr>
        <w:spacing w:after="0" w:before="120"/>
      </w:pPr>
      <w:r>
        <w:rPr>
          <w:b/>
        </w:rPr>
        <w:t>Job Title (include volunteer and part-time roles)</w:t>
      </w:r>
    </w:p>
    <w:p>
      <w:pPr>
        <w:spacing w:after="40"/>
      </w:pPr>
      <w:r>
        <w:t>Company or Organization Name, City, Province or Country | Jun 2022 – Present</w:t>
      </w:r>
    </w:p>
    <w:p>
      <w:pPr>
        <w:pStyle w:val="ListBullet"/>
      </w:pPr>
      <w:r>
        <w:t>Achievement with a number, scale, or frequency.</w:t>
      </w:r>
    </w:p>
    <w:p>
      <w:pPr>
        <w:pStyle w:val="ListBullet"/>
      </w:pPr>
      <w:r>
        <w:t>Customer service, teamwork, cash handling, training others — name it plainly, with results.</w:t>
      </w:r>
    </w:p>
    <w:p>
      <w:pPr>
        <w:pStyle w:val="Heading1"/>
      </w:pPr>
      <w:r>
        <w:t>CERTIFICATIONS</w:t>
      </w:r>
    </w:p>
    <w:p>
      <w:r>
        <w:t>Name of Certification, Issuing Organization | 2024</w:t>
      </w:r>
    </w:p>
    <w:p>
      <w:r>
        <w:t>First Aid, food safety, WHMIS, and short industry courses all belong here if the job asks for them.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color w:val="1F1F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60"/>
      <w:outlineLvl w:val="0"/>
    </w:pPr>
    <w:rPr>
      <w:rFonts w:asciiTheme="majorHAnsi" w:eastAsiaTheme="majorEastAsia" w:hAnsiTheme="majorHAnsi" w:cstheme="majorBidi" w:ascii="Calibri" w:hAnsi="Calibri"/>
      <w:b/>
      <w:bCs/>
      <w:caps w:val="0"/>
      <w:color w:val="1F1F1F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